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שמדברות ברדיו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נחוצה שפה ימית משותפת לאוניות מכל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 תקשורת ובטיחות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תקשורת ימית לתקשורת אווירית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אנגלית ימית 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לא להתבלבל בין אותיות שנשמעות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הבנה מעמיקה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שימוש ברדיו ימי לתקשורת בין אוניות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כולם משתמשים באנגלית ימית פשוטה כשפה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אונייה גדולה צריכה מרחק ארוך כדי לעצור או לפנות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מיון: איך מתקשרים בים?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(תקשורת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(תקשורת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(תקשורת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(תקשורת בסימנים)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📝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🌐 השוואה גלובלית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אנגלית ימית פשוטה עם משפטים קבועים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להתבלבל בין אותיות שנשמעות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כיוון פנייה מוסכם כששני כלים מתקרבים זה לזה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בקצרה כמה מילות קוד לאותיות (כמו אלפא, браво) כדי להמחיש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לדיון בכיתה: אילו 'שפות משותפות' או כללים קיימים בחיי התלמידים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ההשוואה לתעופה מתאימה לעבודה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שמדברות ברדיו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במעבר ים צר שטות אוניות רבות זו ליד זו, ולכן חשוב שכולן ידברו וינהגו לפי כללים ברורים ומוסכמים.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אוניות  ·  ימית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☀️ פני המים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שפה משותפת מדברים ברדיו הימי?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בלטינית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אנגלית ימית פשוטה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אחד בשפה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משתמשים במילות קוד לאותיות?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שהשיחה תהיה סודית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זה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לא להתבלבל בין אותיות שנשמעות דומה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🌊 מתחת למים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באוניות משתמשים ברדיו כדי לדבר זו עם זו.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קברניט מדבר ברדיו רק בשפת האם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אונייה גדולה יכולה לעצור בבת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🧺 מיון: איך מתקשרים בים?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משפטים קבועים באנגלית ימית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תקשורת בסימנים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שיחה ברדיו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תקשורת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איות במילות 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תקשורת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דגלי אותות על התורן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תקשורת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📝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במעבר ים צר שטות __________ רבות זו ליד זו.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השפה המשותפת לדיבור ברדיו בים היא אנגלית __________ פשוטה.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🌐 השוואה גלובלית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השפה המשותפת שמדברים בה ברדיו הימי?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משתמשים במילות קוד לאותיות?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אוניות שמדברות ברדיו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