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שמדברות ברדיו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נחוצה שפה ימית משותפת לאוניות מכל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 תקשורת ובטיחות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תקשורת ימית לתקשורת אווירית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אנגלית ימית 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לא להתבלבל בין אותיות שנשמעות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חוקי תנועה ואותות של אורות וצפירות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על האוניות עובדים אנשים ממדינות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הן צריכות מרחק ארוך כדי לעצור או לפנות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כללים ושפה משותפת מאפשרים לאנשים מכל העולם לעבוד יחד בבטחה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שימוש ברדיו ימי לתקשורת בין אוניות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כולם משתמשים באנגלית ימית פשוטה כשפה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אונייה גדולה צריכה מרחק ארוך כדי לעצור או לפנות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כיוונים מוסכמים כשאוניות מתקרבות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מילות קוד משמשות לאיות אותיות כדי לא להתבלבל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מיון: איך מתקשרים בים?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(תקשורת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(תקשורת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(תקשורת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(תקשורת בסימנים)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(תקשורת בסימנים)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(תקשורת בסימנים)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📝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תנועה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🌐 השוואה גלובלית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דומה: שפה משותפת, משפטים קבועים, מילות קוד לאותיות, מטרה של בטיחות. שונה: בים יש גם אותות אור וצפירה ותנועה איטית יותר, באוויר הדיבור עם פקח קרקע וגובה טיסה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אנגלית ימית פשוטה עם משפטים קבועים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להתבלבל בין אותיות שנשמעות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כיוון פנייה מוסכם כששני כלים מתקרבים זה לזה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בקצרה כמה מילות קוד לאותיות (כמו אלפא, браво) כדי להמחיש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לדיון בכיתה: אילו 'שפות משותפות' או כללים קיימים בחיי התלמידים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ההשוואה לתעופה מתאימה לעבודה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שמדברות ברדיו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באוניות יש אנשים ממדינות שונות. הם צריכים לדבר בשפה אחת כדי לא להתנגש 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רדיו 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שאיתו אוניות מדברות זו עם זו ועם החוף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אנגלית ימית פשוטה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משותפת עם משפטים קצרים וקבועים לשימוש 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מוסכמות לכל אות, כדי לא להתבלבל בין אותיות דומות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ערוץ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רדיו קבוע לקריאה לעזרה או לפנייה ראשונית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חוקי תנועה 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שקובעים לאיזה כיוון פונה כל אונייה כדי לא להתנגש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אותות אור וצפירה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נוספת, לא במילים, להודיע לאוניות אחרות על כוונות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קברניט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שמפקד על האונייה ואחראי על ניווטה הבטוח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☀️ פני המים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שפה מדברים קברניטים ברדיו?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בלטינית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אנגלית ימית פשוטה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אחד בשפה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בשפת סימנים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יש מילה מיוחדת לכל 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שהשיחה תהיה סודית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להתבלבל בין אותיות שנשמעות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לחסוך בחשמל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עוד עוזר לאוניות להיות בטוחות חוץ מרדיו?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דגלים של קבוצות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הצבע של האונייה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מוזיקה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חוקי תנועה ואותות של אורות וצפירות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צריך שפה אחת לכולם 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זו השפה היחידה שקיימת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על האוניות עובדים אנשים ממדינות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 ישן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קל יותר לכתוב באנגלית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🌊 מתחת למים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דווקא אוניות גדולות חייבות לדבר ברדיו?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הן שטות מהר יותר ממכוניות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הן צריכות מרחק ארוך כדי לעצור או לפנות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עליהן נוסעים משועממים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הן תמיד שטות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הטקסט מנסה ללמד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קברניטים מנוסים מדברים ברדיו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אוניות לא צריכות 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כללים ושפה משותפת מאפשרים לאנשים מכל העולם לעבוד יחד בבטחה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הרדיו הוא המצאה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באוניות משתמשים ברדיו כדי לדבר זו עם זו.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קברניט מדבר ברדיו רק בשפת האם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אונייה גדולה יכולה לעצור בבת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בים יש חוקי תנועה, כמו בכביש.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קוד משמשות רק לשם האונייה.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🧺 מיון: איך מתקשרים בים?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משפטים קבועים באנגלית ימית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תקשורת בסימנים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שיחה ברדיו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תקשורת בסימנים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איות במילות 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תקשורת בסימנים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דגלי אותות על התורן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תקשורת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צפירה של האונייה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תקשורת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אורות צבעוניים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תקשורת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📝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במעבר ים צר שטות __________ רבות זו ליד זו.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השפה המשותפת לדיבור ברדיו בים היא אנגלית __________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לא להתבלבל בין אותיות דומות משתמשים במילות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מלבד דיבור יש בים גם חוקי __________ ואותות אור וצפירה.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🌐 השוואה גלובלית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ומה שונה בין תקשורת של אוניות לתקשורת של מטוסים ליד שדה תעופה?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השפה המשותפת שמדברים בה ברדיו הימי?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משתמשים במילות קוד לאותיות?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לכלל בטיחות שקיים גם בים וגם בכביש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אוניות שמדברות ברדיו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